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A7C7" w14:textId="31BEF001" w:rsidR="00BD760C" w:rsidRDefault="00BD760C" w:rsidP="008B3B09">
      <w:pPr>
        <w:spacing w:after="0"/>
        <w:jc w:val="right"/>
        <w:rPr>
          <w:rFonts w:asciiTheme="minorEastAsia" w:hAnsiTheme="minorEastAsia" w:cstheme="majorBidi"/>
          <w:sz w:val="21"/>
          <w:szCs w:val="21"/>
          <w:lang w:eastAsia="zh-CN"/>
        </w:rPr>
      </w:pPr>
      <w:r>
        <w:rPr>
          <w:rFonts w:asciiTheme="minorEastAsia" w:hAnsiTheme="minorEastAsia" w:cstheme="majorBidi" w:hint="eastAsia"/>
          <w:sz w:val="21"/>
          <w:szCs w:val="21"/>
          <w:lang w:eastAsia="zh-CN"/>
        </w:rPr>
        <w:t>令和８年</w:t>
      </w:r>
      <w:r w:rsidR="00B56EAA">
        <w:rPr>
          <w:rFonts w:asciiTheme="minorEastAsia" w:hAnsiTheme="minorEastAsia" w:cstheme="majorBidi" w:hint="eastAsia"/>
          <w:sz w:val="21"/>
          <w:szCs w:val="21"/>
          <w:lang w:eastAsia="ja-JP"/>
        </w:rPr>
        <w:t>８</w:t>
      </w:r>
      <w:r>
        <w:rPr>
          <w:rFonts w:asciiTheme="minorEastAsia" w:hAnsiTheme="minorEastAsia" w:cstheme="majorBidi" w:hint="eastAsia"/>
          <w:sz w:val="21"/>
          <w:szCs w:val="21"/>
          <w:lang w:eastAsia="zh-CN"/>
        </w:rPr>
        <w:t>月</w:t>
      </w:r>
      <w:r w:rsidR="00B56EAA">
        <w:rPr>
          <w:rFonts w:asciiTheme="minorEastAsia" w:hAnsiTheme="minorEastAsia" w:cstheme="majorBidi" w:hint="eastAsia"/>
          <w:sz w:val="21"/>
          <w:szCs w:val="21"/>
          <w:lang w:eastAsia="ja-JP"/>
        </w:rPr>
        <w:t>２０</w:t>
      </w:r>
      <w:r>
        <w:rPr>
          <w:rFonts w:asciiTheme="minorEastAsia" w:hAnsiTheme="minorEastAsia" w:cstheme="majorBidi" w:hint="eastAsia"/>
          <w:sz w:val="21"/>
          <w:szCs w:val="21"/>
          <w:lang w:eastAsia="zh-CN"/>
        </w:rPr>
        <w:t>日</w:t>
      </w:r>
    </w:p>
    <w:p w14:paraId="60EF557B" w14:textId="33AA5D53" w:rsidR="00A55117" w:rsidRDefault="00B56EAA" w:rsidP="008B3B09">
      <w:pPr>
        <w:spacing w:after="0"/>
        <w:jc w:val="right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税理士法人ガイア</w:t>
      </w:r>
    </w:p>
    <w:p w14:paraId="556BAF61" w14:textId="2F3379CC" w:rsidR="00A55117" w:rsidRDefault="00B56EAA" w:rsidP="00A55117">
      <w:pPr>
        <w:wordWrap w:val="0"/>
        <w:spacing w:after="0"/>
        <w:jc w:val="right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代表社員　野口省吾</w:t>
      </w:r>
    </w:p>
    <w:p w14:paraId="4F95D9A1" w14:textId="0FB3DF25" w:rsidR="00BD760C" w:rsidRPr="008B3B09" w:rsidRDefault="001C72B0" w:rsidP="008B3B09">
      <w:pPr>
        <w:spacing w:after="0"/>
        <w:jc w:val="center"/>
        <w:rPr>
          <w:rFonts w:ascii="ＭＳ ゴシック" w:eastAsia="ＭＳ ゴシック" w:hAnsi="ＭＳ ゴシック" w:cstheme="majorBidi"/>
          <w:sz w:val="24"/>
          <w:szCs w:val="24"/>
          <w:lang w:eastAsia="ja-JP"/>
        </w:rPr>
      </w:pPr>
      <w:r w:rsidRPr="001C72B0">
        <w:rPr>
          <w:rFonts w:ascii="ＭＳ ゴシック" w:eastAsia="ＭＳ ゴシック" w:hAnsi="ＭＳ ゴシック" w:cstheme="majorBidi" w:hint="eastAsia"/>
          <w:sz w:val="24"/>
          <w:szCs w:val="24"/>
          <w:lang w:eastAsia="ja-JP"/>
        </w:rPr>
        <w:t>カスタマーハラスメントに対する基本方針</w:t>
      </w:r>
    </w:p>
    <w:p w14:paraId="63DC21DF" w14:textId="77777777" w:rsidR="008B3B09" w:rsidRDefault="008B3B09" w:rsidP="00BD760C">
      <w:pPr>
        <w:spacing w:after="0"/>
        <w:rPr>
          <w:rFonts w:asciiTheme="minorEastAsia" w:hAnsiTheme="minorEastAsia" w:cstheme="majorBidi"/>
          <w:sz w:val="21"/>
          <w:szCs w:val="21"/>
          <w:lang w:eastAsia="ja-JP"/>
        </w:rPr>
      </w:pPr>
    </w:p>
    <w:p w14:paraId="42CAD65F" w14:textId="569CFFE6" w:rsidR="00BD760C" w:rsidRPr="008B3B09" w:rsidRDefault="008B3B09" w:rsidP="00BD760C">
      <w:pPr>
        <w:spacing w:after="0"/>
        <w:rPr>
          <w:rFonts w:asciiTheme="majorEastAsia" w:eastAsiaTheme="majorEastAsia" w:hAnsiTheme="majorEastAsia" w:cstheme="majorBidi"/>
          <w:sz w:val="21"/>
          <w:szCs w:val="21"/>
          <w:lang w:eastAsia="ja-JP"/>
        </w:rPr>
      </w:pPr>
      <w:r>
        <w:rPr>
          <w:rFonts w:asciiTheme="majorEastAsia" w:eastAsiaTheme="majorEastAsia" w:hAnsiTheme="majorEastAsia" w:cstheme="majorBidi" w:hint="eastAsia"/>
          <w:sz w:val="21"/>
          <w:szCs w:val="21"/>
          <w:lang w:eastAsia="ja-JP"/>
        </w:rPr>
        <w:t>１．</w:t>
      </w:r>
      <w:r w:rsidR="00815CF8" w:rsidRPr="00815CF8">
        <w:rPr>
          <w:rFonts w:asciiTheme="majorEastAsia" w:eastAsiaTheme="majorEastAsia" w:hAnsiTheme="majorEastAsia" w:cstheme="majorBidi" w:hint="eastAsia"/>
          <w:sz w:val="21"/>
          <w:szCs w:val="21"/>
          <w:lang w:eastAsia="ja-JP"/>
        </w:rPr>
        <w:t>基本的な考え方</w:t>
      </w:r>
    </w:p>
    <w:p w14:paraId="54A1C913" w14:textId="4F8B566E" w:rsidR="00815CF8" w:rsidRPr="00815CF8" w:rsidRDefault="00815CF8" w:rsidP="00B17D80">
      <w:pPr>
        <w:spacing w:after="0"/>
        <w:ind w:leftChars="200" w:left="427"/>
        <w:rPr>
          <w:rFonts w:asciiTheme="minorEastAsia" w:hAnsiTheme="minorEastAsia" w:cstheme="majorBidi"/>
          <w:sz w:val="21"/>
          <w:szCs w:val="21"/>
          <w:lang w:eastAsia="ja-JP"/>
        </w:rPr>
      </w:pP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当事務所は、</w:t>
      </w:r>
      <w:r w:rsidR="00B17D80">
        <w:rPr>
          <w:rFonts w:asciiTheme="minorEastAsia" w:hAnsiTheme="minorEastAsia" w:cstheme="majorBidi" w:hint="eastAsia"/>
          <w:sz w:val="21"/>
          <w:szCs w:val="21"/>
          <w:lang w:eastAsia="ja-JP"/>
        </w:rPr>
        <w:t>関与先</w:t>
      </w: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の皆さまの健全な発展と継続的な成長に貢献するため、税務・会計・経営に関する専門性の高いサービスを提供しています。</w:t>
      </w:r>
    </w:p>
    <w:p w14:paraId="211A5997" w14:textId="5B044AD0" w:rsidR="00815CF8" w:rsidRDefault="00815CF8" w:rsidP="00815CF8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その基盤となるのは、</w:t>
      </w:r>
      <w:r w:rsidR="00766526">
        <w:rPr>
          <w:rFonts w:asciiTheme="minorEastAsia" w:hAnsiTheme="minorEastAsia" w:cstheme="majorBidi" w:hint="eastAsia"/>
          <w:sz w:val="21"/>
          <w:szCs w:val="21"/>
          <w:lang w:eastAsia="ja-JP"/>
        </w:rPr>
        <w:t>関与</w:t>
      </w: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先の皆さまとの相互の信頼関係と、建設的なコミュニケーションである</w:t>
      </w:r>
    </w:p>
    <w:p w14:paraId="1F41CADF" w14:textId="1EBF0472" w:rsidR="00815CF8" w:rsidRPr="00815CF8" w:rsidRDefault="00815CF8" w:rsidP="00815CF8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と考えています。</w:t>
      </w:r>
    </w:p>
    <w:p w14:paraId="4A5A89B6" w14:textId="77777777" w:rsidR="00815CF8" w:rsidRDefault="00815CF8" w:rsidP="00815CF8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日頃よりお寄せいただくご意見やご要望は、サービス品質向上のための大切な機会として、誠実に</w:t>
      </w:r>
    </w:p>
    <w:p w14:paraId="27C1BA34" w14:textId="0FD71C04" w:rsidR="00815CF8" w:rsidRPr="00815CF8" w:rsidRDefault="00815CF8" w:rsidP="00815CF8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受け止め、業務改善に活かしてまいります。</w:t>
      </w:r>
    </w:p>
    <w:p w14:paraId="6C553DA8" w14:textId="77777777" w:rsidR="00815CF8" w:rsidRDefault="00815CF8" w:rsidP="00815CF8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一方で、質の高い専門サービスを継続的に提供するためには、職員一人ひとりが安心して専門性を</w:t>
      </w:r>
    </w:p>
    <w:p w14:paraId="795A539E" w14:textId="2F5BB5AB" w:rsidR="00815CF8" w:rsidRPr="00815CF8" w:rsidRDefault="00815CF8" w:rsidP="00815CF8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発揮できる職場環境を確保することが不可欠です。</w:t>
      </w:r>
    </w:p>
    <w:p w14:paraId="4E9BC68B" w14:textId="1D2B3C63" w:rsidR="00815CF8" w:rsidRPr="00815CF8" w:rsidRDefault="00815CF8" w:rsidP="00815CF8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このような考えのもと、職員の人格や尊厳を損ない、就業環境を著しく害する行為については、</w:t>
      </w:r>
    </w:p>
    <w:p w14:paraId="54A0F6D4" w14:textId="1EB85A3D" w:rsidR="00815CF8" w:rsidRDefault="00815CF8" w:rsidP="00815CF8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事務所として適切に対応するため、本「カスタマーハラスメントに対する基本方針」を定めます。</w:t>
      </w:r>
    </w:p>
    <w:p w14:paraId="71B2694F" w14:textId="77777777" w:rsidR="008B3B09" w:rsidRPr="00BD760C" w:rsidRDefault="008B3B09" w:rsidP="008B3B09">
      <w:pPr>
        <w:spacing w:after="0"/>
        <w:rPr>
          <w:rFonts w:asciiTheme="minorEastAsia" w:hAnsiTheme="minorEastAsia" w:cstheme="majorBidi"/>
          <w:sz w:val="21"/>
          <w:szCs w:val="21"/>
          <w:lang w:eastAsia="ja-JP"/>
        </w:rPr>
      </w:pPr>
    </w:p>
    <w:p w14:paraId="53A93B8C" w14:textId="63D7065A" w:rsidR="00BD760C" w:rsidRPr="008B3B09" w:rsidRDefault="008B3B09" w:rsidP="00BD760C">
      <w:pPr>
        <w:spacing w:after="0"/>
        <w:rPr>
          <w:rFonts w:ascii="ＭＳ ゴシック" w:eastAsia="ＭＳ ゴシック" w:hAnsi="ＭＳ ゴシック" w:cstheme="majorBidi"/>
          <w:sz w:val="21"/>
          <w:szCs w:val="21"/>
          <w:lang w:eastAsia="ja-JP"/>
        </w:rPr>
      </w:pPr>
      <w:r w:rsidRPr="008B3B09">
        <w:rPr>
          <w:rFonts w:ascii="ＭＳ ゴシック" w:eastAsia="ＭＳ ゴシック" w:hAnsi="ＭＳ ゴシック" w:cstheme="majorBidi" w:hint="eastAsia"/>
          <w:sz w:val="21"/>
          <w:szCs w:val="21"/>
          <w:lang w:eastAsia="ja-JP"/>
        </w:rPr>
        <w:t>２．</w:t>
      </w:r>
      <w:r w:rsidR="001C72B0" w:rsidRPr="001C72B0">
        <w:rPr>
          <w:rFonts w:ascii="ＭＳ ゴシック" w:eastAsia="ＭＳ ゴシック" w:hAnsi="ＭＳ ゴシック" w:cstheme="majorBidi" w:hint="eastAsia"/>
          <w:sz w:val="21"/>
          <w:szCs w:val="21"/>
          <w:lang w:eastAsia="ja-JP"/>
        </w:rPr>
        <w:t>カスタマーハラスメントの定義</w:t>
      </w:r>
    </w:p>
    <w:p w14:paraId="79B84D70" w14:textId="0BA41D0E" w:rsidR="001C72B0" w:rsidRDefault="00815CF8" w:rsidP="00815CF8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当事務所では、以下のすべてを満たす行為をカスタマーハラスメントと定義します。</w:t>
      </w:r>
    </w:p>
    <w:p w14:paraId="379FD1A1" w14:textId="68E432EB" w:rsidR="00815CF8" w:rsidRDefault="00BD760C" w:rsidP="00BD760C">
      <w:pPr>
        <w:spacing w:after="0"/>
        <w:rPr>
          <w:rFonts w:asciiTheme="minorEastAsia" w:hAnsiTheme="minorEastAsia" w:cstheme="majorBidi"/>
          <w:sz w:val="21"/>
          <w:szCs w:val="21"/>
          <w:lang w:eastAsia="ja-JP"/>
        </w:rPr>
      </w:pPr>
      <w:r w:rsidRPr="00BD760C">
        <w:rPr>
          <w:rFonts w:asciiTheme="minorEastAsia" w:hAnsiTheme="minorEastAsia" w:cstheme="majorBidi" w:hint="eastAsia"/>
          <w:sz w:val="21"/>
          <w:szCs w:val="21"/>
          <w:lang w:eastAsia="ja-JP"/>
        </w:rPr>
        <w:t xml:space="preserve">(1) </w:t>
      </w:r>
      <w:r w:rsidR="00766526">
        <w:rPr>
          <w:rFonts w:asciiTheme="minorEastAsia" w:hAnsiTheme="minorEastAsia" w:cstheme="majorBidi" w:hint="eastAsia"/>
          <w:sz w:val="21"/>
          <w:szCs w:val="21"/>
          <w:lang w:eastAsia="ja-JP"/>
        </w:rPr>
        <w:t>関与</w:t>
      </w:r>
      <w:r w:rsidR="00815CF8"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先、取引先その他当事務所の事業に関係する方による言動であって</w:t>
      </w:r>
    </w:p>
    <w:p w14:paraId="24E452D6" w14:textId="09D6DB58" w:rsidR="00BD760C" w:rsidRPr="00BD760C" w:rsidRDefault="00BD760C" w:rsidP="00BD760C">
      <w:pPr>
        <w:spacing w:after="0"/>
        <w:rPr>
          <w:rFonts w:asciiTheme="minorEastAsia" w:hAnsiTheme="minorEastAsia" w:cstheme="majorBidi"/>
          <w:sz w:val="21"/>
          <w:szCs w:val="21"/>
          <w:lang w:eastAsia="ja-JP"/>
        </w:rPr>
      </w:pPr>
      <w:r w:rsidRPr="00BD760C">
        <w:rPr>
          <w:rFonts w:asciiTheme="minorEastAsia" w:hAnsiTheme="minorEastAsia" w:cstheme="majorBidi" w:hint="eastAsia"/>
          <w:sz w:val="21"/>
          <w:szCs w:val="21"/>
          <w:lang w:eastAsia="ja-JP"/>
        </w:rPr>
        <w:t xml:space="preserve">(2) </w:t>
      </w:r>
      <w:r w:rsidR="00815CF8"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社会通念上、相当とされる範囲を超えた手段・態様によるもの</w:t>
      </w:r>
    </w:p>
    <w:p w14:paraId="55A4662B" w14:textId="62983FB1" w:rsidR="00BD760C" w:rsidRPr="00BD760C" w:rsidRDefault="00BD760C" w:rsidP="00BD760C">
      <w:pPr>
        <w:spacing w:after="0"/>
        <w:rPr>
          <w:rFonts w:asciiTheme="minorEastAsia" w:hAnsiTheme="minorEastAsia" w:cstheme="majorBidi"/>
          <w:sz w:val="21"/>
          <w:szCs w:val="21"/>
          <w:lang w:eastAsia="ja-JP"/>
        </w:rPr>
      </w:pPr>
      <w:r w:rsidRPr="00BD760C">
        <w:rPr>
          <w:rFonts w:asciiTheme="minorEastAsia" w:hAnsiTheme="minorEastAsia" w:cstheme="majorBidi" w:hint="eastAsia"/>
          <w:sz w:val="21"/>
          <w:szCs w:val="21"/>
          <w:lang w:eastAsia="ja-JP"/>
        </w:rPr>
        <w:t xml:space="preserve">(3) </w:t>
      </w:r>
      <w:r w:rsidR="00815CF8"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職員の就業環境や業務遂行に支障を生じさせるもの</w:t>
      </w:r>
    </w:p>
    <w:p w14:paraId="4D5D01EF" w14:textId="220B38D7" w:rsidR="001C72B0" w:rsidRPr="001C72B0" w:rsidRDefault="001C72B0" w:rsidP="001C72B0">
      <w:pPr>
        <w:spacing w:after="0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 xml:space="preserve">　</w:t>
      </w:r>
      <w:r w:rsidR="00815CF8"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【主な該当例（例示）】</w:t>
      </w:r>
    </w:p>
    <w:p w14:paraId="5F0EB12F" w14:textId="393EDC22" w:rsidR="001C72B0" w:rsidRPr="001C72B0" w:rsidRDefault="001C72B0" w:rsidP="001C72B0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="00911A53" w:rsidRPr="00911A53">
        <w:rPr>
          <w:rFonts w:asciiTheme="minorEastAsia" w:hAnsiTheme="minorEastAsia" w:cstheme="majorBidi" w:hint="eastAsia"/>
          <w:sz w:val="21"/>
          <w:szCs w:val="21"/>
          <w:lang w:eastAsia="ja-JP"/>
        </w:rPr>
        <w:t>身体的な攻撃（暴行、傷害等）</w:t>
      </w:r>
    </w:p>
    <w:p w14:paraId="51B033DC" w14:textId="4393E14F" w:rsidR="001C72B0" w:rsidRPr="001C72B0" w:rsidRDefault="001C72B0" w:rsidP="001C72B0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="00911A53" w:rsidRPr="00911A53">
        <w:rPr>
          <w:rFonts w:asciiTheme="minorEastAsia" w:hAnsiTheme="minorEastAsia" w:cstheme="majorBidi" w:hint="eastAsia"/>
          <w:sz w:val="21"/>
          <w:szCs w:val="21"/>
          <w:lang w:eastAsia="ja-JP"/>
        </w:rPr>
        <w:t>精神的な攻撃（脅迫、中傷、名誉棄損、侮辱、暴言）</w:t>
      </w:r>
    </w:p>
    <w:p w14:paraId="2B257AAF" w14:textId="77777777" w:rsidR="00911A53" w:rsidRDefault="001C72B0" w:rsidP="001C72B0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="00911A53" w:rsidRPr="00911A53">
        <w:rPr>
          <w:rFonts w:asciiTheme="minorEastAsia" w:hAnsiTheme="minorEastAsia" w:cstheme="majorBidi" w:hint="eastAsia"/>
          <w:sz w:val="21"/>
          <w:szCs w:val="21"/>
          <w:lang w:eastAsia="ja-JP"/>
        </w:rPr>
        <w:t>威圧的な言動</w:t>
      </w:r>
    </w:p>
    <w:p w14:paraId="10C240C3" w14:textId="4ECA4C72" w:rsidR="001C72B0" w:rsidRPr="001C72B0" w:rsidRDefault="001C72B0" w:rsidP="001C72B0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="00911A53" w:rsidRPr="00911A53">
        <w:rPr>
          <w:rFonts w:asciiTheme="minorEastAsia" w:hAnsiTheme="minorEastAsia" w:cstheme="majorBidi" w:hint="eastAsia"/>
          <w:sz w:val="21"/>
          <w:szCs w:val="21"/>
          <w:lang w:eastAsia="ja-JP"/>
        </w:rPr>
        <w:t>土下座の要求</w:t>
      </w:r>
    </w:p>
    <w:p w14:paraId="61FFD986" w14:textId="77777777" w:rsidR="00911A53" w:rsidRDefault="001C72B0" w:rsidP="001C72B0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="00911A53" w:rsidRPr="00911A53">
        <w:rPr>
          <w:rFonts w:asciiTheme="minorEastAsia" w:hAnsiTheme="minorEastAsia" w:cstheme="majorBidi" w:hint="eastAsia"/>
          <w:sz w:val="21"/>
          <w:szCs w:val="21"/>
          <w:lang w:eastAsia="ja-JP"/>
        </w:rPr>
        <w:t>継続的、執拗な言動（電話やメールを含む）</w:t>
      </w:r>
    </w:p>
    <w:p w14:paraId="70EF7B60" w14:textId="77777777" w:rsidR="00911A53" w:rsidRDefault="001C72B0" w:rsidP="001C72B0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="00911A53" w:rsidRPr="00911A53">
        <w:rPr>
          <w:rFonts w:asciiTheme="minorEastAsia" w:hAnsiTheme="minorEastAsia" w:cstheme="majorBidi" w:hint="eastAsia"/>
          <w:sz w:val="21"/>
          <w:szCs w:val="21"/>
          <w:lang w:eastAsia="ja-JP"/>
        </w:rPr>
        <w:t>拘束的な行動（不退去、居座り、監禁）</w:t>
      </w:r>
    </w:p>
    <w:p w14:paraId="16E9E3B8" w14:textId="77777777" w:rsidR="00911A53" w:rsidRDefault="00911A53" w:rsidP="00815CF8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Pr="00911A53">
        <w:rPr>
          <w:rFonts w:asciiTheme="minorEastAsia" w:hAnsiTheme="minorEastAsia" w:cstheme="majorBidi" w:hint="eastAsia"/>
          <w:sz w:val="21"/>
          <w:szCs w:val="21"/>
          <w:lang w:eastAsia="ja-JP"/>
        </w:rPr>
        <w:t>差別的な言動</w:t>
      </w:r>
    </w:p>
    <w:p w14:paraId="7B80D723" w14:textId="07D1E094" w:rsidR="00911A53" w:rsidRDefault="00911A53" w:rsidP="00815CF8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Pr="00911A53">
        <w:rPr>
          <w:rFonts w:asciiTheme="minorEastAsia" w:hAnsiTheme="minorEastAsia" w:cstheme="majorBidi" w:hint="eastAsia"/>
          <w:sz w:val="21"/>
          <w:szCs w:val="21"/>
          <w:lang w:eastAsia="ja-JP"/>
        </w:rPr>
        <w:t>性的な言動</w:t>
      </w:r>
    </w:p>
    <w:p w14:paraId="5CDA5BF7" w14:textId="1FFA6F6A" w:rsidR="00911A53" w:rsidRDefault="00911A53" w:rsidP="00815CF8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="00FD11DA">
        <w:rPr>
          <w:rFonts w:asciiTheme="minorEastAsia" w:hAnsiTheme="minorEastAsia" w:cstheme="majorBidi" w:hint="eastAsia"/>
          <w:sz w:val="21"/>
          <w:szCs w:val="21"/>
          <w:lang w:eastAsia="ja-JP"/>
        </w:rPr>
        <w:t>職員</w:t>
      </w:r>
      <w:r w:rsidRPr="00911A53">
        <w:rPr>
          <w:rFonts w:asciiTheme="minorEastAsia" w:hAnsiTheme="minorEastAsia" w:cstheme="majorBidi" w:hint="eastAsia"/>
          <w:sz w:val="21"/>
          <w:szCs w:val="21"/>
          <w:lang w:eastAsia="ja-JP"/>
        </w:rPr>
        <w:t>個人への攻撃、要求</w:t>
      </w:r>
    </w:p>
    <w:p w14:paraId="506BB131" w14:textId="77777777" w:rsidR="002738B6" w:rsidRDefault="00911A53" w:rsidP="00815CF8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Pr="00911A53">
        <w:rPr>
          <w:rFonts w:asciiTheme="minorEastAsia" w:hAnsiTheme="minorEastAsia" w:cstheme="majorBidi" w:hint="eastAsia"/>
          <w:sz w:val="21"/>
          <w:szCs w:val="21"/>
          <w:lang w:eastAsia="ja-JP"/>
        </w:rPr>
        <w:t>正当な理由のない過剰な要求（</w:t>
      </w:r>
      <w:r w:rsidR="002738B6" w:rsidRPr="002738B6">
        <w:rPr>
          <w:rFonts w:asciiTheme="minorEastAsia" w:hAnsiTheme="minorEastAsia" w:cstheme="majorBidi" w:hint="eastAsia"/>
          <w:sz w:val="21"/>
          <w:szCs w:val="21"/>
          <w:lang w:eastAsia="ja-JP"/>
        </w:rPr>
        <w:t>即時対応の強要、営業時間外の繰り返しの連絡、期限や業務工程を</w:t>
      </w:r>
    </w:p>
    <w:p w14:paraId="3EE59382" w14:textId="6A656F4C" w:rsidR="00911A53" w:rsidRDefault="002738B6" w:rsidP="002738B6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 w:rsidRPr="002738B6">
        <w:rPr>
          <w:rFonts w:asciiTheme="minorEastAsia" w:hAnsiTheme="minorEastAsia" w:cstheme="majorBidi" w:hint="eastAsia"/>
          <w:sz w:val="21"/>
          <w:szCs w:val="21"/>
          <w:lang w:eastAsia="ja-JP"/>
        </w:rPr>
        <w:t>無視した要求</w:t>
      </w:r>
      <w:r w:rsidR="00911A53" w:rsidRPr="00911A53">
        <w:rPr>
          <w:rFonts w:asciiTheme="minorEastAsia" w:hAnsiTheme="minorEastAsia" w:cstheme="majorBidi" w:hint="eastAsia"/>
          <w:sz w:val="21"/>
          <w:szCs w:val="21"/>
          <w:lang w:eastAsia="ja-JP"/>
        </w:rPr>
        <w:t>等）</w:t>
      </w:r>
    </w:p>
    <w:p w14:paraId="25784317" w14:textId="7CEA8189" w:rsidR="00911A53" w:rsidRDefault="002738B6" w:rsidP="00815CF8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Pr="002738B6">
        <w:rPr>
          <w:rFonts w:asciiTheme="minorEastAsia" w:hAnsiTheme="minorEastAsia" w:cstheme="majorBidi" w:hint="eastAsia"/>
          <w:sz w:val="21"/>
          <w:szCs w:val="21"/>
          <w:lang w:eastAsia="ja-JP"/>
        </w:rPr>
        <w:t>SNSやインターネット上の誹謗中傷</w:t>
      </w:r>
    </w:p>
    <w:p w14:paraId="61AA3A1A" w14:textId="3E58BE7C" w:rsidR="002738B6" w:rsidRDefault="002738B6" w:rsidP="00815CF8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Pr="002738B6">
        <w:rPr>
          <w:rFonts w:asciiTheme="minorEastAsia" w:hAnsiTheme="minorEastAsia" w:cstheme="majorBidi" w:hint="eastAsia"/>
          <w:sz w:val="21"/>
          <w:szCs w:val="21"/>
          <w:lang w:eastAsia="ja-JP"/>
        </w:rPr>
        <w:t>第三者への事実に反した内容の流布</w:t>
      </w:r>
    </w:p>
    <w:p w14:paraId="7DC1320A" w14:textId="77777777" w:rsidR="00223417" w:rsidRDefault="001C72B0" w:rsidP="00815CF8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 w:rsidRPr="001C72B0">
        <w:rPr>
          <w:rFonts w:asciiTheme="minorEastAsia" w:hAnsiTheme="minorEastAsia" w:cstheme="majorBidi" w:hint="eastAsia"/>
          <w:sz w:val="21"/>
          <w:szCs w:val="21"/>
          <w:lang w:eastAsia="ja-JP"/>
        </w:rPr>
        <w:t>※</w:t>
      </w:r>
      <w:r w:rsidR="00815CF8"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なお、通常のご要望、建設的なご意見、正当なクレームについては、</w:t>
      </w:r>
      <w:r w:rsidR="00D13DEE"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カスタマーハラスメント</w:t>
      </w:r>
      <w:r w:rsidR="00815CF8"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には</w:t>
      </w:r>
    </w:p>
    <w:p w14:paraId="7AAAE2A2" w14:textId="21D83049" w:rsidR="001C72B0" w:rsidRDefault="00815CF8" w:rsidP="00815CF8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 w:rsidRPr="00815CF8">
        <w:rPr>
          <w:rFonts w:asciiTheme="minorEastAsia" w:hAnsiTheme="minorEastAsia" w:cstheme="majorBidi" w:hint="eastAsia"/>
          <w:sz w:val="21"/>
          <w:szCs w:val="21"/>
          <w:lang w:eastAsia="ja-JP"/>
        </w:rPr>
        <w:t>該当しません。</w:t>
      </w:r>
    </w:p>
    <w:p w14:paraId="4AF7FDF2" w14:textId="77777777" w:rsidR="00815CF8" w:rsidRDefault="00815CF8" w:rsidP="00815CF8">
      <w:pPr>
        <w:spacing w:after="0"/>
        <w:rPr>
          <w:rFonts w:asciiTheme="minorEastAsia" w:hAnsiTheme="minorEastAsia" w:cstheme="majorBidi"/>
          <w:sz w:val="21"/>
          <w:szCs w:val="21"/>
          <w:lang w:eastAsia="ja-JP"/>
        </w:rPr>
      </w:pPr>
    </w:p>
    <w:p w14:paraId="3AE26198" w14:textId="5448DDDA" w:rsidR="002738B6" w:rsidRPr="008B3B09" w:rsidRDefault="002738B6" w:rsidP="002738B6">
      <w:pPr>
        <w:spacing w:after="0"/>
        <w:rPr>
          <w:rFonts w:asciiTheme="majorEastAsia" w:eastAsiaTheme="majorEastAsia" w:hAnsiTheme="majorEastAsia" w:cstheme="majorBidi"/>
          <w:sz w:val="21"/>
          <w:szCs w:val="21"/>
          <w:lang w:eastAsia="ja-JP"/>
        </w:rPr>
      </w:pPr>
      <w:r w:rsidRPr="008B3B09">
        <w:rPr>
          <w:rFonts w:asciiTheme="majorEastAsia" w:eastAsiaTheme="majorEastAsia" w:hAnsiTheme="majorEastAsia" w:cstheme="majorBidi" w:hint="eastAsia"/>
          <w:sz w:val="21"/>
          <w:szCs w:val="21"/>
          <w:lang w:eastAsia="ja-JP"/>
        </w:rPr>
        <w:lastRenderedPageBreak/>
        <w:t>３．</w:t>
      </w:r>
      <w:r w:rsidRPr="002738B6">
        <w:rPr>
          <w:rFonts w:asciiTheme="majorEastAsia" w:eastAsiaTheme="majorEastAsia" w:hAnsiTheme="majorEastAsia" w:cstheme="majorBidi" w:hint="eastAsia"/>
          <w:sz w:val="21"/>
          <w:szCs w:val="21"/>
          <w:lang w:eastAsia="ja-JP"/>
        </w:rPr>
        <w:t>カスタマーハラスメントへの対応</w:t>
      </w:r>
    </w:p>
    <w:p w14:paraId="14DED387" w14:textId="77777777" w:rsidR="00FD11DA" w:rsidRDefault="002738B6" w:rsidP="00FD11DA">
      <w:pPr>
        <w:spacing w:after="0"/>
        <w:rPr>
          <w:rFonts w:ascii="ＭＳ 明朝" w:eastAsia="ＭＳ 明朝" w:hAnsi="ＭＳ 明朝" w:cstheme="majorBidi"/>
          <w:sz w:val="21"/>
          <w:szCs w:val="21"/>
          <w:lang w:eastAsia="ja-JP"/>
        </w:rPr>
      </w:pPr>
      <w:r w:rsidRPr="002738B6">
        <w:rPr>
          <w:rFonts w:ascii="ＭＳ 明朝" w:eastAsia="ＭＳ 明朝" w:hAnsi="ＭＳ 明朝" w:cstheme="majorBidi" w:hint="eastAsia"/>
          <w:sz w:val="21"/>
          <w:szCs w:val="21"/>
          <w:lang w:eastAsia="ja-JP"/>
        </w:rPr>
        <w:t xml:space="preserve">　　当</w:t>
      </w:r>
      <w:r>
        <w:rPr>
          <w:rFonts w:ascii="ＭＳ 明朝" w:eastAsia="ＭＳ 明朝" w:hAnsi="ＭＳ 明朝" w:cstheme="majorBidi" w:hint="eastAsia"/>
          <w:sz w:val="21"/>
          <w:szCs w:val="21"/>
          <w:lang w:eastAsia="ja-JP"/>
        </w:rPr>
        <w:t>事務所</w:t>
      </w:r>
      <w:r w:rsidRPr="002738B6">
        <w:rPr>
          <w:rFonts w:ascii="ＭＳ 明朝" w:eastAsia="ＭＳ 明朝" w:hAnsi="ＭＳ 明朝" w:cstheme="majorBidi" w:hint="eastAsia"/>
          <w:sz w:val="21"/>
          <w:szCs w:val="21"/>
          <w:lang w:eastAsia="ja-JP"/>
        </w:rPr>
        <w:t>は、カスタマーハラスメントであると判断した場合、</w:t>
      </w:r>
      <w:r w:rsidR="00FD11DA">
        <w:rPr>
          <w:rFonts w:ascii="ＭＳ 明朝" w:eastAsia="ＭＳ 明朝" w:hAnsi="ＭＳ 明朝" w:cstheme="majorBidi" w:hint="eastAsia"/>
          <w:sz w:val="21"/>
          <w:szCs w:val="21"/>
          <w:lang w:eastAsia="ja-JP"/>
        </w:rPr>
        <w:t>職員</w:t>
      </w:r>
      <w:r w:rsidRPr="002738B6">
        <w:rPr>
          <w:rFonts w:ascii="ＭＳ 明朝" w:eastAsia="ＭＳ 明朝" w:hAnsi="ＭＳ 明朝" w:cstheme="majorBidi" w:hint="eastAsia"/>
          <w:sz w:val="21"/>
          <w:szCs w:val="21"/>
          <w:lang w:eastAsia="ja-JP"/>
        </w:rPr>
        <w:t>の安全を確保したうえで、組織</w:t>
      </w:r>
    </w:p>
    <w:p w14:paraId="04B5691E" w14:textId="77777777" w:rsidR="00FD11DA" w:rsidRDefault="002738B6" w:rsidP="002738B6">
      <w:pPr>
        <w:spacing w:after="0"/>
        <w:ind w:firstLineChars="200" w:firstLine="407"/>
        <w:rPr>
          <w:rFonts w:ascii="ＭＳ 明朝" w:eastAsia="ＭＳ 明朝" w:hAnsi="ＭＳ 明朝" w:cstheme="majorBidi"/>
          <w:sz w:val="21"/>
          <w:szCs w:val="21"/>
          <w:lang w:eastAsia="ja-JP"/>
        </w:rPr>
      </w:pPr>
      <w:r w:rsidRPr="002738B6">
        <w:rPr>
          <w:rFonts w:ascii="ＭＳ 明朝" w:eastAsia="ＭＳ 明朝" w:hAnsi="ＭＳ 明朝" w:cstheme="majorBidi" w:hint="eastAsia"/>
          <w:sz w:val="21"/>
          <w:szCs w:val="21"/>
          <w:lang w:eastAsia="ja-JP"/>
        </w:rPr>
        <w:t>的に毅然とした対応を行います。悪質な場合は、書面での注意、サービス提供制限、顧問契約解除</w:t>
      </w:r>
    </w:p>
    <w:p w14:paraId="5A795EBF" w14:textId="2B5F5E67" w:rsidR="002738B6" w:rsidRPr="002738B6" w:rsidRDefault="002738B6" w:rsidP="002738B6">
      <w:pPr>
        <w:spacing w:after="0"/>
        <w:ind w:firstLineChars="200" w:firstLine="407"/>
        <w:rPr>
          <w:rFonts w:ascii="ＭＳ 明朝" w:eastAsia="ＭＳ 明朝" w:hAnsi="ＭＳ 明朝" w:cstheme="majorBidi"/>
          <w:sz w:val="21"/>
          <w:szCs w:val="21"/>
          <w:lang w:eastAsia="ja-JP"/>
        </w:rPr>
      </w:pPr>
      <w:r>
        <w:rPr>
          <w:rFonts w:ascii="ＭＳ 明朝" w:eastAsia="ＭＳ 明朝" w:hAnsi="ＭＳ 明朝" w:cstheme="majorBidi" w:hint="eastAsia"/>
          <w:sz w:val="21"/>
          <w:szCs w:val="21"/>
          <w:lang w:eastAsia="ja-JP"/>
        </w:rPr>
        <w:t>等を検討します。また</w:t>
      </w:r>
      <w:r w:rsidRPr="002738B6">
        <w:rPr>
          <w:rFonts w:ascii="ＭＳ 明朝" w:eastAsia="ＭＳ 明朝" w:hAnsi="ＭＳ 明朝" w:cstheme="majorBidi" w:hint="eastAsia"/>
          <w:sz w:val="21"/>
          <w:szCs w:val="21"/>
          <w:lang w:eastAsia="ja-JP"/>
        </w:rPr>
        <w:t>、必要に応じて警察・弁護士等の外部機関と連携し、厳正に対処します。</w:t>
      </w:r>
    </w:p>
    <w:p w14:paraId="6A8B3065" w14:textId="77777777" w:rsidR="002738B6" w:rsidRDefault="002738B6" w:rsidP="00BD760C">
      <w:pPr>
        <w:spacing w:after="0"/>
        <w:rPr>
          <w:rFonts w:asciiTheme="majorEastAsia" w:eastAsiaTheme="majorEastAsia" w:hAnsiTheme="majorEastAsia" w:cstheme="majorBidi"/>
          <w:sz w:val="21"/>
          <w:szCs w:val="21"/>
          <w:lang w:eastAsia="ja-JP"/>
        </w:rPr>
      </w:pPr>
    </w:p>
    <w:p w14:paraId="1EF07171" w14:textId="5E860F9B" w:rsidR="00BD760C" w:rsidRPr="008B3B09" w:rsidRDefault="00C01700" w:rsidP="00BD760C">
      <w:pPr>
        <w:spacing w:after="0"/>
        <w:rPr>
          <w:rFonts w:asciiTheme="majorEastAsia" w:eastAsiaTheme="majorEastAsia" w:hAnsiTheme="majorEastAsia" w:cstheme="majorBidi"/>
          <w:sz w:val="21"/>
          <w:szCs w:val="21"/>
          <w:lang w:eastAsia="ja-JP"/>
        </w:rPr>
      </w:pPr>
      <w:r>
        <w:rPr>
          <w:rFonts w:asciiTheme="majorEastAsia" w:eastAsiaTheme="majorEastAsia" w:hAnsiTheme="majorEastAsia" w:cstheme="majorBidi" w:hint="eastAsia"/>
          <w:sz w:val="21"/>
          <w:szCs w:val="21"/>
          <w:lang w:eastAsia="ja-JP"/>
        </w:rPr>
        <w:t>４</w:t>
      </w:r>
      <w:r w:rsidR="008B3B09" w:rsidRPr="008B3B09">
        <w:rPr>
          <w:rFonts w:asciiTheme="majorEastAsia" w:eastAsiaTheme="majorEastAsia" w:hAnsiTheme="majorEastAsia" w:cstheme="majorBidi" w:hint="eastAsia"/>
          <w:sz w:val="21"/>
          <w:szCs w:val="21"/>
          <w:lang w:eastAsia="ja-JP"/>
        </w:rPr>
        <w:t>．</w:t>
      </w:r>
      <w:r w:rsidR="00815CF8" w:rsidRPr="00815CF8">
        <w:rPr>
          <w:rFonts w:asciiTheme="majorEastAsia" w:eastAsiaTheme="majorEastAsia" w:hAnsiTheme="majorEastAsia" w:cstheme="majorBidi" w:hint="eastAsia"/>
          <w:sz w:val="21"/>
          <w:szCs w:val="21"/>
          <w:lang w:eastAsia="ja-JP"/>
        </w:rPr>
        <w:t>当事務所</w:t>
      </w:r>
      <w:r w:rsidRPr="00C01700">
        <w:rPr>
          <w:rFonts w:asciiTheme="majorEastAsia" w:eastAsiaTheme="majorEastAsia" w:hAnsiTheme="majorEastAsia" w:cstheme="majorBidi" w:hint="eastAsia"/>
          <w:sz w:val="21"/>
          <w:szCs w:val="21"/>
          <w:lang w:eastAsia="ja-JP"/>
        </w:rPr>
        <w:t>における取組</w:t>
      </w:r>
    </w:p>
    <w:p w14:paraId="7A956329" w14:textId="77777777" w:rsidR="00C01700" w:rsidRDefault="00C01700" w:rsidP="00C01700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当事務所は、</w:t>
      </w:r>
      <w:r w:rsidRPr="00C01700">
        <w:rPr>
          <w:rFonts w:asciiTheme="minorEastAsia" w:hAnsiTheme="minorEastAsia" w:cstheme="majorBidi" w:hint="eastAsia"/>
          <w:sz w:val="21"/>
          <w:szCs w:val="21"/>
          <w:lang w:eastAsia="ja-JP"/>
        </w:rPr>
        <w:t>本方針によりカスタマーハラスメントに対する</w:t>
      </w: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取組</w:t>
      </w:r>
      <w:r w:rsidRPr="00C01700">
        <w:rPr>
          <w:rFonts w:asciiTheme="minorEastAsia" w:hAnsiTheme="minorEastAsia" w:cstheme="majorBidi" w:hint="eastAsia"/>
          <w:sz w:val="21"/>
          <w:szCs w:val="21"/>
          <w:lang w:eastAsia="ja-JP"/>
        </w:rPr>
        <w:t>姿勢を明確化するとともに、</w:t>
      </w: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所内</w:t>
      </w:r>
    </w:p>
    <w:p w14:paraId="620D8C26" w14:textId="4AFA3047" w:rsidR="00C01700" w:rsidRPr="00C01700" w:rsidRDefault="00C01700" w:rsidP="00C01700">
      <w:pPr>
        <w:spacing w:after="0"/>
        <w:ind w:firstLineChars="200" w:firstLine="407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においては</w:t>
      </w:r>
      <w:r w:rsidRPr="00C01700">
        <w:rPr>
          <w:rFonts w:asciiTheme="minorEastAsia" w:hAnsiTheme="minorEastAsia" w:cstheme="majorBidi" w:hint="eastAsia"/>
          <w:sz w:val="21"/>
          <w:szCs w:val="21"/>
          <w:lang w:eastAsia="ja-JP"/>
        </w:rPr>
        <w:t>、以下に取り組みます。</w:t>
      </w:r>
    </w:p>
    <w:p w14:paraId="2712021C" w14:textId="41B5655F" w:rsidR="00C01700" w:rsidRPr="00C01700" w:rsidRDefault="00C01700" w:rsidP="00C01700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Pr="00C01700">
        <w:rPr>
          <w:rFonts w:asciiTheme="minorEastAsia" w:hAnsiTheme="minorEastAsia" w:cstheme="majorBidi" w:hint="eastAsia"/>
          <w:sz w:val="21"/>
          <w:szCs w:val="21"/>
          <w:lang w:eastAsia="ja-JP"/>
        </w:rPr>
        <w:t>本方針の</w:t>
      </w:r>
      <w:r w:rsidR="00FD11DA">
        <w:rPr>
          <w:rFonts w:asciiTheme="minorEastAsia" w:hAnsiTheme="minorEastAsia" w:cstheme="majorBidi" w:hint="eastAsia"/>
          <w:sz w:val="21"/>
          <w:szCs w:val="21"/>
          <w:lang w:eastAsia="ja-JP"/>
        </w:rPr>
        <w:t>職員</w:t>
      </w:r>
      <w:r w:rsidRPr="00C01700">
        <w:rPr>
          <w:rFonts w:asciiTheme="minorEastAsia" w:hAnsiTheme="minorEastAsia" w:cstheme="majorBidi" w:hint="eastAsia"/>
          <w:sz w:val="21"/>
          <w:szCs w:val="21"/>
          <w:lang w:eastAsia="ja-JP"/>
        </w:rPr>
        <w:t>への周知・啓発</w:t>
      </w:r>
    </w:p>
    <w:p w14:paraId="78E7AE08" w14:textId="2CD48505" w:rsidR="00C01700" w:rsidRPr="00C01700" w:rsidRDefault="00C01700" w:rsidP="00C01700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Pr="00C01700">
        <w:rPr>
          <w:rFonts w:asciiTheme="minorEastAsia" w:hAnsiTheme="minorEastAsia" w:cstheme="majorBidi" w:hint="eastAsia"/>
          <w:sz w:val="21"/>
          <w:szCs w:val="21"/>
          <w:lang w:eastAsia="ja-JP"/>
        </w:rPr>
        <w:t>カスタマーハラスメントへの対応手順等の策定、報告・対応窓口の設置</w:t>
      </w:r>
    </w:p>
    <w:p w14:paraId="6B0C5C25" w14:textId="5649C3D7" w:rsidR="00C01700" w:rsidRPr="00C01700" w:rsidRDefault="00C01700" w:rsidP="00C01700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="00FD11DA">
        <w:rPr>
          <w:rFonts w:asciiTheme="minorEastAsia" w:hAnsiTheme="minorEastAsia" w:cstheme="majorBidi" w:hint="eastAsia"/>
          <w:sz w:val="21"/>
          <w:szCs w:val="21"/>
          <w:lang w:eastAsia="ja-JP"/>
        </w:rPr>
        <w:t>職員</w:t>
      </w:r>
      <w:r w:rsidRPr="00C01700">
        <w:rPr>
          <w:rFonts w:asciiTheme="minorEastAsia" w:hAnsiTheme="minorEastAsia" w:cstheme="majorBidi" w:hint="eastAsia"/>
          <w:sz w:val="21"/>
          <w:szCs w:val="21"/>
          <w:lang w:eastAsia="ja-JP"/>
        </w:rPr>
        <w:t>のための相談窓口の設置、心身のケア体制の整備</w:t>
      </w:r>
    </w:p>
    <w:p w14:paraId="093CAC29" w14:textId="60EE0FEF" w:rsidR="00BD760C" w:rsidRDefault="00C01700" w:rsidP="00C01700">
      <w:pPr>
        <w:spacing w:after="0"/>
        <w:ind w:firstLineChars="100" w:firstLine="204"/>
        <w:rPr>
          <w:rFonts w:asciiTheme="minorEastAsia" w:hAnsiTheme="minorEastAsia" w:cstheme="majorBidi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・</w:t>
      </w:r>
      <w:r w:rsidR="00FD11DA">
        <w:rPr>
          <w:rFonts w:asciiTheme="minorEastAsia" w:hAnsiTheme="minorEastAsia" w:cstheme="majorBidi" w:hint="eastAsia"/>
          <w:sz w:val="21"/>
          <w:szCs w:val="21"/>
          <w:lang w:eastAsia="ja-JP"/>
        </w:rPr>
        <w:t>職員</w:t>
      </w:r>
      <w:r w:rsidRPr="00C01700">
        <w:rPr>
          <w:rFonts w:asciiTheme="minorEastAsia" w:hAnsiTheme="minorEastAsia" w:cstheme="majorBidi" w:hint="eastAsia"/>
          <w:sz w:val="21"/>
          <w:szCs w:val="21"/>
          <w:lang w:eastAsia="ja-JP"/>
        </w:rPr>
        <w:t>への継続的な教育・研修の実施</w:t>
      </w:r>
    </w:p>
    <w:p w14:paraId="3D1B98A1" w14:textId="1C50F7B5" w:rsidR="008B3B09" w:rsidRPr="00BD760C" w:rsidRDefault="008B3B09" w:rsidP="008B3B09">
      <w:pPr>
        <w:spacing w:after="0"/>
        <w:ind w:firstLineChars="200" w:firstLine="407"/>
        <w:jc w:val="right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cstheme="majorBidi" w:hint="eastAsia"/>
          <w:sz w:val="21"/>
          <w:szCs w:val="21"/>
          <w:lang w:eastAsia="ja-JP"/>
        </w:rPr>
        <w:t>以上</w:t>
      </w:r>
    </w:p>
    <w:sectPr w:rsidR="008B3B09" w:rsidRPr="00BD760C" w:rsidSect="00D872DA">
      <w:pgSz w:w="11906" w:h="16838" w:code="9"/>
      <w:pgMar w:top="1440" w:right="1080" w:bottom="1440" w:left="1080" w:header="720" w:footer="720" w:gutter="0"/>
      <w:cols w:space="720"/>
      <w:docGrid w:type="linesAndChars" w:linePitch="300" w:charSpace="-1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27432" w14:textId="77777777" w:rsidR="00736C9B" w:rsidRDefault="00736C9B" w:rsidP="00BD760C">
      <w:pPr>
        <w:spacing w:after="0" w:line="240" w:lineRule="auto"/>
      </w:pPr>
      <w:r>
        <w:separator/>
      </w:r>
    </w:p>
  </w:endnote>
  <w:endnote w:type="continuationSeparator" w:id="0">
    <w:p w14:paraId="355F8156" w14:textId="77777777" w:rsidR="00736C9B" w:rsidRDefault="00736C9B" w:rsidP="00BD7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FCFB" w14:textId="77777777" w:rsidR="00736C9B" w:rsidRDefault="00736C9B" w:rsidP="00BD760C">
      <w:pPr>
        <w:spacing w:after="0" w:line="240" w:lineRule="auto"/>
      </w:pPr>
      <w:r>
        <w:separator/>
      </w:r>
    </w:p>
  </w:footnote>
  <w:footnote w:type="continuationSeparator" w:id="0">
    <w:p w14:paraId="5DD8A76C" w14:textId="77777777" w:rsidR="00736C9B" w:rsidRDefault="00736C9B" w:rsidP="00BD7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2577437">
    <w:abstractNumId w:val="8"/>
  </w:num>
  <w:num w:numId="2" w16cid:durableId="1548764260">
    <w:abstractNumId w:val="6"/>
  </w:num>
  <w:num w:numId="3" w16cid:durableId="1707676173">
    <w:abstractNumId w:val="5"/>
  </w:num>
  <w:num w:numId="4" w16cid:durableId="1852260566">
    <w:abstractNumId w:val="4"/>
  </w:num>
  <w:num w:numId="5" w16cid:durableId="762726464">
    <w:abstractNumId w:val="7"/>
  </w:num>
  <w:num w:numId="6" w16cid:durableId="766462871">
    <w:abstractNumId w:val="3"/>
  </w:num>
  <w:num w:numId="7" w16cid:durableId="1473400825">
    <w:abstractNumId w:val="2"/>
  </w:num>
  <w:num w:numId="8" w16cid:durableId="652414312">
    <w:abstractNumId w:val="1"/>
  </w:num>
  <w:num w:numId="9" w16cid:durableId="39867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07"/>
  <w:drawingGridVerticalSpacing w:val="15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B3D"/>
    <w:rsid w:val="00074ECC"/>
    <w:rsid w:val="000C785B"/>
    <w:rsid w:val="000F45BB"/>
    <w:rsid w:val="0015074B"/>
    <w:rsid w:val="001C72B0"/>
    <w:rsid w:val="002139CC"/>
    <w:rsid w:val="00223417"/>
    <w:rsid w:val="00241372"/>
    <w:rsid w:val="002738B6"/>
    <w:rsid w:val="0029639D"/>
    <w:rsid w:val="00326F90"/>
    <w:rsid w:val="00366980"/>
    <w:rsid w:val="003712A8"/>
    <w:rsid w:val="003C5A8F"/>
    <w:rsid w:val="00442144"/>
    <w:rsid w:val="004517B5"/>
    <w:rsid w:val="005A40FE"/>
    <w:rsid w:val="0065203F"/>
    <w:rsid w:val="00683F58"/>
    <w:rsid w:val="006E331E"/>
    <w:rsid w:val="00736C9B"/>
    <w:rsid w:val="00766526"/>
    <w:rsid w:val="00815CF8"/>
    <w:rsid w:val="00856F14"/>
    <w:rsid w:val="008B3B09"/>
    <w:rsid w:val="008D199E"/>
    <w:rsid w:val="008D553A"/>
    <w:rsid w:val="00905CD6"/>
    <w:rsid w:val="00911A53"/>
    <w:rsid w:val="009D390C"/>
    <w:rsid w:val="00A11AD7"/>
    <w:rsid w:val="00A55117"/>
    <w:rsid w:val="00AA1D8D"/>
    <w:rsid w:val="00AD14B6"/>
    <w:rsid w:val="00AD7D9B"/>
    <w:rsid w:val="00B17D80"/>
    <w:rsid w:val="00B25221"/>
    <w:rsid w:val="00B47730"/>
    <w:rsid w:val="00B56EAA"/>
    <w:rsid w:val="00B93338"/>
    <w:rsid w:val="00BD760C"/>
    <w:rsid w:val="00BE43F5"/>
    <w:rsid w:val="00C01700"/>
    <w:rsid w:val="00C47F1F"/>
    <w:rsid w:val="00C76742"/>
    <w:rsid w:val="00CA46AE"/>
    <w:rsid w:val="00CB0664"/>
    <w:rsid w:val="00D13DEE"/>
    <w:rsid w:val="00D615D9"/>
    <w:rsid w:val="00D872DA"/>
    <w:rsid w:val="00E162FB"/>
    <w:rsid w:val="00E80EC7"/>
    <w:rsid w:val="00EA1420"/>
    <w:rsid w:val="00EA4692"/>
    <w:rsid w:val="00EE6A5A"/>
    <w:rsid w:val="00F37977"/>
    <w:rsid w:val="00F5171D"/>
    <w:rsid w:val="00FC593F"/>
    <w:rsid w:val="00FC693F"/>
    <w:rsid w:val="00FD11DA"/>
    <w:rsid w:val="00FD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08320F"/>
  <w14:defaultImageDpi w14:val="300"/>
  <w15:docId w15:val="{DB7A2873-C89E-49C8-B6AF-FFFCDA8E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Date"/>
    <w:basedOn w:val="a1"/>
    <w:next w:val="a1"/>
    <w:link w:val="aff0"/>
    <w:uiPriority w:val="99"/>
    <w:semiHidden/>
    <w:unhideWhenUsed/>
    <w:rsid w:val="00BD760C"/>
  </w:style>
  <w:style w:type="character" w:customStyle="1" w:styleId="aff0">
    <w:name w:val="日付 (文字)"/>
    <w:basedOn w:val="a2"/>
    <w:link w:val="aff"/>
    <w:uiPriority w:val="99"/>
    <w:semiHidden/>
    <w:rsid w:val="00BD7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ef63720-340e-45d5-a527-f227caa252de" xsi:nil="true"/>
    <_xff11__xff0e__x304a__x540d__x524d__xff1a__x30d5__x30eb__x30cd__x30fc__x30e0__x3092__x5165__x529b__x304f__x3060__x3055__x3044_ xmlns="e74ed20c-a310-4dfc-a050-cbcb8ed475cf" xsi:nil="true"/>
    <lcf76f155ced4ddcb4097134ff3c332f xmlns="e74ed20c-a310-4dfc-a050-cbcb8ed475cf">
      <Terms xmlns="http://schemas.microsoft.com/office/infopath/2007/PartnerControls"/>
    </lcf76f155ced4ddcb4097134ff3c332f>
    <_x3042__x308a__x304c__x3068__x3046__x3002_ xmlns="e74ed20c-a310-4dfc-a050-cbcb8ed475cf" xsi:nil="true"/>
    <_ip_UnifiedCompliancePolicyProperties xmlns="http://schemas.microsoft.com/sharepoint/v3" xsi:nil="true"/>
    <_x5730__x57df__x4f1a__x3092__x9078__x629e__x3057__x3066__x304f__x3060__x3055__x3044_ xmlns="e74ed20c-a310-4dfc-a050-cbcb8ed475cf" xsi:nil="true"/>
    <_xff12__xff0e__x4f1a__x8b70__x306e__x51fa__x6b20_ xmlns="e74ed20c-a310-4dfc-a050-cbcb8ed475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8FD4BBDF46504697052B246DFD0D90" ma:contentTypeVersion="25" ma:contentTypeDescription="新しいドキュメントを作成します。" ma:contentTypeScope="" ma:versionID="7a8647bb745721fe075ef5dec0eae97c">
  <xsd:schema xmlns:xsd="http://www.w3.org/2001/XMLSchema" xmlns:xs="http://www.w3.org/2001/XMLSchema" xmlns:p="http://schemas.microsoft.com/office/2006/metadata/properties" xmlns:ns1="http://schemas.microsoft.com/sharepoint/v3" xmlns:ns2="e74ed20c-a310-4dfc-a050-cbcb8ed475cf" xmlns:ns3="aef63720-340e-45d5-a527-f227caa252de" targetNamespace="http://schemas.microsoft.com/office/2006/metadata/properties" ma:root="true" ma:fieldsID="7033d3038ca78e9864ea418a3db882e0" ns1:_="" ns2:_="" ns3:_="">
    <xsd:import namespace="http://schemas.microsoft.com/sharepoint/v3"/>
    <xsd:import namespace="e74ed20c-a310-4dfc-a050-cbcb8ed475cf"/>
    <xsd:import namespace="aef63720-340e-45d5-a527-f227caa252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_x5730__x57df__x4f1a__x3092__x9078__x629e__x3057__x3066__x304f__x3060__x3055__x3044_" minOccurs="0"/>
                <xsd:element ref="ns2:_x3042__x308a__x304c__x3068__x3046__x3002_" minOccurs="0"/>
                <xsd:element ref="ns2:_xff11__xff0e__x304a__x540d__x524d__xff1a__x30d5__x30eb__x30cd__x30fc__x30e0__x3092__x5165__x529b__x304f__x3060__x3055__x3044_" minOccurs="0"/>
                <xsd:element ref="ns2:_xff12__xff0e__x4f1a__x8b70__x306e__x51fa__x6b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ed20c-a310-4dfc-a050-cbcb8ed47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337ddeb0-1e67-43b7-8803-aae46734f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730__x57df__x4f1a__x3092__x9078__x629e__x3057__x3066__x304f__x3060__x3055__x3044_" ma:index="28" nillable="true" ma:displayName="地域会を選択してください" ma:format="Dropdown" ma:internalName="_x5730__x57df__x4f1a__x3092__x9078__x629e__x3057__x3066__x304f__x3060__x3055__x3044_">
      <xsd:simpleType>
        <xsd:restriction base="dms:Choice">
          <xsd:enumeration value="北海道会"/>
          <xsd:enumeration value="選択肢 2"/>
          <xsd:enumeration value="選択肢 3"/>
        </xsd:restriction>
      </xsd:simpleType>
    </xsd:element>
    <xsd:element name="_x3042__x308a__x304c__x3068__x3046__x3002_" ma:index="29" nillable="true" ma:displayName="ありがとう。" ma:internalName="_x3042__x308a__x304c__x3068__x3046__x3002_">
      <xsd:simpleType>
        <xsd:restriction base="dms:Number"/>
      </xsd:simpleType>
    </xsd:element>
    <xsd:element name="_xff11__xff0e__x304a__x540d__x524d__xff1a__x30d5__x30eb__x30cd__x30fc__x30e0__x3092__x5165__x529b__x304f__x3060__x3055__x3044_" ma:index="30" nillable="true" ma:displayName="１．お名前：フルネームを入力ください" ma:internalName="_xff11__xff0e__x304a__x540d__x524d__xff1a__x30d5__x30eb__x30cd__x30fc__x30e0__x3092__x5165__x529b__x304f__x3060__x3055__x3044_">
      <xsd:simpleType>
        <xsd:restriction base="dms:Text">
          <xsd:maxLength value="255"/>
        </xsd:restriction>
      </xsd:simpleType>
    </xsd:element>
    <xsd:element name="_xff12__xff0e__x4f1a__x8b70__x306e__x51fa__x6b20_" ma:index="31" nillable="true" ma:displayName="２．会議の出欠" ma:internalName="_xff12__xff0e__x4f1a__x8b70__x306e__x51fa__x6b20_">
      <xsd:simpleType>
        <xsd:restriction base="dms:Choice">
          <xsd:enumeration value="会場で出席／東京本社４階ーＦ会議室"/>
          <xsd:enumeration value="選択肢 2"/>
          <xsd:enumeration value="選択肢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63720-340e-45d5-a527-f227caa252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eec058-ae22-4af2-9dff-040781be12dc}" ma:internalName="TaxCatchAll" ma:showField="CatchAllData" ma:web="aef63720-340e-45d5-a527-f227caa252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C6263B-2078-45E2-A472-78F9EAC005D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ef63720-340e-45d5-a527-f227caa252de"/>
    <ds:schemaRef ds:uri="e74ed20c-a310-4dfc-a050-cbcb8ed475cf"/>
  </ds:schemaRefs>
</ds:datastoreItem>
</file>

<file path=customXml/itemProps2.xml><?xml version="1.0" encoding="utf-8"?>
<ds:datastoreItem xmlns:ds="http://schemas.openxmlformats.org/officeDocument/2006/customXml" ds:itemID="{94B73037-9452-48DB-8144-C825BF1B7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4ed20c-a310-4dfc-a050-cbcb8ed475cf"/>
    <ds:schemaRef ds:uri="aef63720-340e-45d5-a527-f227caa25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93DC87-30DB-404A-85CD-EA270D5739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功策 小野</cp:lastModifiedBy>
  <cp:revision>2</cp:revision>
  <cp:lastPrinted>2026-08-19T07:43:00Z</cp:lastPrinted>
  <dcterms:created xsi:type="dcterms:W3CDTF">2026-08-25T16:10:00Z</dcterms:created>
  <dcterms:modified xsi:type="dcterms:W3CDTF">2026-08-25T16:10:00Z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2a1f62-5733-49c8-a1a4-49b5eb58c0ee_Enabled">
    <vt:lpwstr>true</vt:lpwstr>
  </property>
  <property fmtid="{D5CDD505-2E9C-101B-9397-08002B2CF9AE}" pid="3" name="MSIP_Label_892a1f62-5733-49c8-a1a4-49b5eb58c0ee_SetDate">
    <vt:lpwstr>2026-02-23T07:18:12Z</vt:lpwstr>
  </property>
  <property fmtid="{D5CDD505-2E9C-101B-9397-08002B2CF9AE}" pid="4" name="MSIP_Label_892a1f62-5733-49c8-a1a4-49b5eb58c0ee_Method">
    <vt:lpwstr>Privileged</vt:lpwstr>
  </property>
  <property fmtid="{D5CDD505-2E9C-101B-9397-08002B2CF9AE}" pid="5" name="MSIP_Label_892a1f62-5733-49c8-a1a4-49b5eb58c0ee_Name">
    <vt:lpwstr>なし</vt:lpwstr>
  </property>
  <property fmtid="{D5CDD505-2E9C-101B-9397-08002B2CF9AE}" pid="6" name="MSIP_Label_892a1f62-5733-49c8-a1a4-49b5eb58c0ee_SiteId">
    <vt:lpwstr>155764dd-8cde-4d10-9300-e5bd31ab7510</vt:lpwstr>
  </property>
  <property fmtid="{D5CDD505-2E9C-101B-9397-08002B2CF9AE}" pid="7" name="MSIP_Label_892a1f62-5733-49c8-a1a4-49b5eb58c0ee_ActionId">
    <vt:lpwstr>c72d0483-9040-40b7-9b12-67855d8f52b7</vt:lpwstr>
  </property>
  <property fmtid="{D5CDD505-2E9C-101B-9397-08002B2CF9AE}" pid="8" name="MSIP_Label_892a1f62-5733-49c8-a1a4-49b5eb58c0ee_ContentBits">
    <vt:lpwstr>0</vt:lpwstr>
  </property>
  <property fmtid="{D5CDD505-2E9C-101B-9397-08002B2CF9AE}" pid="9" name="MSIP_Label_892a1f62-5733-49c8-a1a4-49b5eb58c0ee_Tag">
    <vt:lpwstr>10, 0, 1, 1</vt:lpwstr>
  </property>
  <property fmtid="{D5CDD505-2E9C-101B-9397-08002B2CF9AE}" pid="10" name="ContentTypeId">
    <vt:lpwstr>0x010100B28FD4BBDF46504697052B246DFD0D90</vt:lpwstr>
  </property>
  <property fmtid="{D5CDD505-2E9C-101B-9397-08002B2CF9AE}" pid="11" name="MediaServiceImageTags">
    <vt:lpwstr/>
  </property>
</Properties>
</file>